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לתנ״ך – איך מתמצאים בספר הספרים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חלקי התנ״ך ואת מספר הספרים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לקרוא ולפענח הפניה לפסוק (ספר-פרק-פסוק)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בקצרה את מדף ארון הספרים היהודי – משנה, תלמוד, מדרש ורש״י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מבנה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תורה, נביאים,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 בראשית, פרק ד׳, פסוק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פרקי אבות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המספר המקובל של ספרי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גם חלק שלישי בשם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רש״י פעל במאה ה-11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פרקי אבות היא מסכת במשנה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המספר הראשון מציין את הפרק, לא את הפסוק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(חמשת חומשי משה, החלק הראשון בתנ״ך)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(החלק השני בתנ״ך, כולל את יהושע, שמואל ומלכים)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(החלק השלישי בתנ״ך, כולל תהלים ומשלי)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(אוסף הלכות שנחתם לפני כאלף שמונה מאות שנה בערך)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(פרשן מפורסם מהמאה ה-11 שמסביר פסוקים)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למציאת פסוק לפי הפניה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שם הספר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לאתר את מספר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לדפדף עד הפרק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לספור פסוקים עד המספר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את הפסוק המדויק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נביאים הם ספרי היסטוריה ונבואה כמו יהושע ושמואל; כתובים הם שירה וחוכמה כמו תהלים ומשלי.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24 ספרים: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המספר הראשון מציין את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משנה / תלמוד / מדרש / פירוש רש״י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תנ״ך פיזי ולתרגל דפדוף אמיתי לפי הפניות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ההתאמה כדאי לעודד תלמידים לנמק בעל פה למה בחרו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המשימה הפתוחה אפשר להפוך לדיון קצר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לתנ״ך – איך מתמצאים בספר הספרים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שיוצאים למסע בתנ״ך צריך מפה ומצפן. בדף הזה נתרגל את מבנה התנ״ך, את אופן קריאת ההפניות לפסוקים, ונכיר כמה מהיצירות החשובות שנלמדות בפרק.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מבנה 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ספרים יש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הסדר הנכון של שלושת חלקי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תורה, נביאים,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נביאים, תורה,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כתובים, נביאים,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תורה, כתובים, נביאים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ההפניה 'בראשית ד׳, ח׳' מציינת: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בראשית, פרק ד׳, פסוק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בראשית, פרק ח׳, פסוק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שמות, פרק ד׳, פסוק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ד׳ בספר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'מקרא' מופיעה בפסוק מתוך הספר: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יצירה מתארת את שלשלת מסירת התורה מדור לדור?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פרקי 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נחמיה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בתנ״ך יש 24 ספרים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התנ״ך מחולק לשני חלקים בלבד - תורה ונביאים.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רש״י היה פרשן שחי במאה ה-11.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מסכת אבות היא חלק מהמשנה.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בהפניה לפסוק, המספר הראשון מציין תמיד את מספר הפסוק.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בתנ״ך יש __________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שלושת חלקי התנ״ך הם תורה, __________ וכתובים.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הביטוי 'ויבינו במקרא' מופיע בספר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מסכת __________ שבמשנה עוסקת בשלשלת מסירת התורה.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 השני בתנ״ך, כולל את יהושע, שמואל ומלכים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נביאים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השלישי בתנ״ך, כולל תהלים ומשלי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פרשן מפורסם מהמאה ה-11 שמסביר פסוקים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חמשת חומשי משה, החלק הראשון בתנ״ך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רש״י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אוסף הלכות שנחתם לפני כאלף שמונה מאות שנה בערך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למציאת פסוק לפי הפניה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לאתר את מספר הפרק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לדפדף עד הפרק המבוקש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שם הספר המבוקש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הפסוק המדויק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לספור פסוקים עד המספר המבוקש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מה ההבדל בין נביאים לכתובים.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ספרים יש בתנ״ך, ומהם שלושת חלקיו?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בהפניה לפסוק, מה המספר הראשון מציין - פרק או פסוק?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ליצירה מארון הספרים היהודי מלבד התנ״ך עצמו.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לתנ״ך – איך מתמצאים בספר הספרים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